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E292C" w14:textId="77777777" w:rsidR="002A3602" w:rsidRPr="00245008" w:rsidRDefault="002A3602" w:rsidP="002A360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val="fr-BE" w:eastAsia="fr-BE"/>
        </w:rPr>
      </w:pPr>
      <w:r w:rsidRPr="00245008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val="fr-BE" w:eastAsia="fr-BE"/>
        </w:rPr>
        <w:t>ATELIER BEAUTÉ SKIN FITLINE</w:t>
      </w:r>
    </w:p>
    <w:p w14:paraId="402C9DFF" w14:textId="07BCEEEF" w:rsidR="002A3602" w:rsidRPr="002A3602" w:rsidRDefault="002A3602" w:rsidP="00245008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u w:val="single"/>
          <w:lang w:val="fr-BE" w:eastAsia="fr-BE"/>
        </w:rPr>
      </w:pPr>
      <w:r w:rsidRPr="002A3602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u w:val="single"/>
          <w:lang w:val="fr-BE" w:eastAsia="fr-BE"/>
        </w:rPr>
        <w:t>Guide pratique</w:t>
      </w:r>
    </w:p>
    <w:p w14:paraId="3AD60B7F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  <w:t>Pourquoi organiser un atelier beauté ?</w:t>
      </w:r>
    </w:p>
    <w:p w14:paraId="4083D942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Un atelier beauté est une façon simple, conviviale et naturelle de faire découvrir la gamme </w:t>
      </w:r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 xml:space="preserve">Skin </w:t>
      </w:r>
      <w:proofErr w:type="spellStart"/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>FitLine</w:t>
      </w:r>
      <w:proofErr w:type="spellEnd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.</w:t>
      </w:r>
    </w:p>
    <w:p w14:paraId="1D3295D1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Ton objectif n'est pas de vendre des produits, mais de faire vivre une belle expérience.</w:t>
      </w:r>
    </w:p>
    <w:p w14:paraId="38AA286D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Les participantes découvrent une routine de soins, testent les produits sur leur propre peau, partagent leurs ressentis, posent leurs questions et passent un agréable moment.</w:t>
      </w:r>
    </w:p>
    <w:p w14:paraId="72DDAB98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C'est également une excellente occasion de présenter naturellement </w:t>
      </w:r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>ton activité à domicile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à celles qui souhaitent en savoir davantage.</w:t>
      </w:r>
    </w:p>
    <w:p w14:paraId="3D0CE9CB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3FFA324F">
          <v:rect id="_x0000_i1148" style="width:0;height:1.5pt" o:hralign="center" o:hrstd="t" o:hr="t" fillcolor="#a0a0a0" stroked="f"/>
        </w:pict>
      </w:r>
    </w:p>
    <w:p w14:paraId="3371E916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  <w:t>Les objectifs</w:t>
      </w:r>
    </w:p>
    <w:p w14:paraId="3407D0C0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Symbol" w:eastAsia="Times New Roman" w:hAnsi="Segoe UI Symbol" w:cs="Segoe UI Symbol"/>
          <w:sz w:val="24"/>
          <w:szCs w:val="24"/>
          <w:lang w:val="fr-BE" w:eastAsia="fr-BE"/>
        </w:rPr>
        <w:t>✔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Faire découvrir la gamme Skin </w:t>
      </w:r>
      <w:proofErr w:type="spellStart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FitLine</w:t>
      </w:r>
      <w:proofErr w:type="spellEnd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.</w:t>
      </w:r>
    </w:p>
    <w:p w14:paraId="2AE034D6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Symbol" w:eastAsia="Times New Roman" w:hAnsi="Segoe UI Symbol" w:cs="Segoe UI Symbol"/>
          <w:sz w:val="24"/>
          <w:szCs w:val="24"/>
          <w:lang w:val="fr-BE" w:eastAsia="fr-BE"/>
        </w:rPr>
        <w:t>✔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Faire tester les produits sur la peau.</w:t>
      </w:r>
    </w:p>
    <w:p w14:paraId="7657BC79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Symbol" w:eastAsia="Times New Roman" w:hAnsi="Segoe UI Symbol" w:cs="Segoe UI Symbol"/>
          <w:sz w:val="24"/>
          <w:szCs w:val="24"/>
          <w:lang w:val="fr-BE" w:eastAsia="fr-BE"/>
        </w:rPr>
        <w:t>✔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Créer un moment convivial.</w:t>
      </w:r>
    </w:p>
    <w:p w14:paraId="1EE659C8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Symbol" w:eastAsia="Times New Roman" w:hAnsi="Segoe UI Symbol" w:cs="Segoe UI Symbol"/>
          <w:sz w:val="24"/>
          <w:szCs w:val="24"/>
          <w:lang w:val="fr-BE" w:eastAsia="fr-BE"/>
        </w:rPr>
        <w:t>✔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Fidéliser tes clientes.</w:t>
      </w:r>
    </w:p>
    <w:p w14:paraId="060F0FD2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Symbol" w:eastAsia="Times New Roman" w:hAnsi="Segoe UI Symbol" w:cs="Segoe UI Symbol"/>
          <w:sz w:val="24"/>
          <w:szCs w:val="24"/>
          <w:lang w:val="fr-BE" w:eastAsia="fr-BE"/>
        </w:rPr>
        <w:t>✔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Obtenir des recommandations.</w:t>
      </w:r>
    </w:p>
    <w:p w14:paraId="0ADEADAE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Symbol" w:eastAsia="Times New Roman" w:hAnsi="Segoe UI Symbol" w:cs="Segoe UI Symbol"/>
          <w:sz w:val="24"/>
          <w:szCs w:val="24"/>
          <w:lang w:val="fr-BE" w:eastAsia="fr-BE"/>
        </w:rPr>
        <w:t>✔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Présenter ton activité, sans aucune pression.</w:t>
      </w:r>
    </w:p>
    <w:p w14:paraId="1BB99D24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7C68C87A">
          <v:rect id="_x0000_i1149" style="width:0;height:1.5pt" o:hralign="center" o:hrstd="t" o:hr="t" fillcolor="#a0a0a0" stroked="f"/>
        </w:pict>
      </w:r>
    </w:p>
    <w:p w14:paraId="3ACE3902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  <w:t>Nombre de participantes</w:t>
      </w:r>
    </w:p>
    <w:p w14:paraId="146DCDC8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N'hésite pas à inviter largement.</w:t>
      </w:r>
    </w:p>
    <w:p w14:paraId="537C3325" w14:textId="2523CB81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Il y aura toujours quelques désistements.</w:t>
      </w:r>
    </w:p>
    <w:p w14:paraId="5EC2E2D7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lastRenderedPageBreak/>
        <w:t xml:space="preserve">L'idéal est d'accueillir </w:t>
      </w:r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>entre 5 et 10 participantes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afin que chacune puisse profiter pleinement de l'atelier.</w:t>
      </w:r>
    </w:p>
    <w:p w14:paraId="7585281F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5ADFF0F9">
          <v:rect id="_x0000_i1150" style="width:0;height:1.5pt" o:hralign="center" o:hrstd="t" o:hr="t" fillcolor="#a0a0a0" stroked="f"/>
        </w:pict>
      </w:r>
    </w:p>
    <w:p w14:paraId="10611B2F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  <w:t>Durée</w:t>
      </w:r>
    </w:p>
    <w:p w14:paraId="785C9F88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Environ </w:t>
      </w:r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>1 h 30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.</w:t>
      </w:r>
    </w:p>
    <w:p w14:paraId="14610CDC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5C2C55A6">
          <v:rect id="_x0000_i1151" style="width:0;height:1.5pt" o:hralign="center" o:hrstd="t" o:hr="t" fillcolor="#a0a0a0" stroked="f"/>
        </w:pict>
      </w:r>
    </w:p>
    <w:p w14:paraId="6A370F7D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  <w:t>Préparation</w:t>
      </w:r>
    </w:p>
    <w:p w14:paraId="5D5A17C2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Avant l'arrivée des participantes :</w:t>
      </w:r>
    </w:p>
    <w:p w14:paraId="644E5626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📸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Prends une photo de chaque participante en pleine lumière (avec son accord).</w:t>
      </w:r>
    </w:p>
    <w:p w14:paraId="2C4BE67E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Une photo "avant / après" permet souvent de mieux apprécier les résultats.</w:t>
      </w:r>
    </w:p>
    <w:p w14:paraId="76D63ED2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Prépare un endroit :</w:t>
      </w:r>
    </w:p>
    <w:p w14:paraId="1434F055" w14:textId="77777777" w:rsidR="002A3602" w:rsidRPr="002A3602" w:rsidRDefault="002A3602" w:rsidP="002A360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lumineux</w:t>
      </w:r>
    </w:p>
    <w:p w14:paraId="4DF4B20A" w14:textId="77777777" w:rsidR="002A3602" w:rsidRPr="002A3602" w:rsidRDefault="002A3602" w:rsidP="002A360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confortable</w:t>
      </w:r>
    </w:p>
    <w:p w14:paraId="3F5EF636" w14:textId="77777777" w:rsidR="002A3602" w:rsidRPr="002A3602" w:rsidRDefault="002A3602" w:rsidP="002A360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calme</w:t>
      </w:r>
    </w:p>
    <w:p w14:paraId="39184185" w14:textId="77777777" w:rsidR="002A3602" w:rsidRPr="002A3602" w:rsidRDefault="002A3602" w:rsidP="002A360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chaleureux</w:t>
      </w:r>
    </w:p>
    <w:p w14:paraId="7296653A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Une musique douce en fond est toujours agréable.</w:t>
      </w:r>
    </w:p>
    <w:p w14:paraId="0EB66114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Dispose les produits Skin au centre de la table afin que tout le monde puisse les voir.</w:t>
      </w:r>
    </w:p>
    <w:p w14:paraId="05B6EB40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Prépare également :</w:t>
      </w:r>
    </w:p>
    <w:p w14:paraId="556BA574" w14:textId="77777777" w:rsidR="002A3602" w:rsidRPr="002A3602" w:rsidRDefault="002A3602" w:rsidP="002A360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un miroir par personne</w:t>
      </w:r>
    </w:p>
    <w:p w14:paraId="1DB73D9E" w14:textId="77777777" w:rsidR="002A3602" w:rsidRPr="002A3602" w:rsidRDefault="002A3602" w:rsidP="002A360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une serviette par participante</w:t>
      </w:r>
    </w:p>
    <w:p w14:paraId="19C38E26" w14:textId="77777777" w:rsidR="002A3602" w:rsidRPr="002A3602" w:rsidRDefault="002A3602" w:rsidP="002A360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un petit bol d'eau chaude pour rincer</w:t>
      </w:r>
    </w:p>
    <w:p w14:paraId="7E3100AC" w14:textId="77777777" w:rsidR="002A3602" w:rsidRPr="002A3602" w:rsidRDefault="002A3602" w:rsidP="002A360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des serre-têtes</w:t>
      </w:r>
    </w:p>
    <w:p w14:paraId="38F3C184" w14:textId="77777777" w:rsidR="002A3602" w:rsidRPr="002A3602" w:rsidRDefault="002A3602" w:rsidP="002A360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des cotons</w:t>
      </w:r>
    </w:p>
    <w:p w14:paraId="7A53C8AE" w14:textId="77777777" w:rsidR="002A3602" w:rsidRPr="002A3602" w:rsidRDefault="002A3602" w:rsidP="002A360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des mouchoirs</w:t>
      </w:r>
    </w:p>
    <w:p w14:paraId="7B46B258" w14:textId="77777777" w:rsidR="002A3602" w:rsidRPr="002A3602" w:rsidRDefault="002A3602" w:rsidP="002A360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les catalogues</w:t>
      </w:r>
    </w:p>
    <w:p w14:paraId="6234D2FA" w14:textId="77777777" w:rsidR="002A3602" w:rsidRPr="002A3602" w:rsidRDefault="002A3602" w:rsidP="002A360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des bons de commande</w:t>
      </w:r>
    </w:p>
    <w:p w14:paraId="1F8EA826" w14:textId="77777777" w:rsidR="002A3602" w:rsidRPr="002A3602" w:rsidRDefault="002A3602" w:rsidP="002A360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quelques échantillons si tu en as</w:t>
      </w:r>
    </w:p>
    <w:p w14:paraId="3ED57FCA" w14:textId="77777777" w:rsidR="002A3602" w:rsidRPr="00245008" w:rsidRDefault="002A3602" w:rsidP="002A360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45008">
        <w:rPr>
          <w:rFonts w:ascii="Arial" w:eastAsia="Times New Roman" w:hAnsi="Arial" w:cs="Arial"/>
          <w:sz w:val="24"/>
          <w:szCs w:val="24"/>
          <w:lang w:val="fr-BE" w:eastAsia="fr-BE"/>
        </w:rPr>
        <w:t>une farde avec quelques photos avant / après à disposition sur la table.</w:t>
      </w:r>
    </w:p>
    <w:p w14:paraId="1F9434E3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lastRenderedPageBreak/>
        <w:t>Tu peux accueillir les participantes avec :</w:t>
      </w:r>
    </w:p>
    <w:p w14:paraId="13BDAD67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☕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un café</w:t>
      </w:r>
    </w:p>
    <w:p w14:paraId="6EB20016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🍵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une tisane </w:t>
      </w:r>
      <w:proofErr w:type="spellStart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Herbaslim</w:t>
      </w:r>
      <w:proofErr w:type="spellEnd"/>
    </w:p>
    <w:p w14:paraId="3DBA4A9F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🥤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ou un Beauty / </w:t>
      </w:r>
      <w:proofErr w:type="spellStart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Activize</w:t>
      </w:r>
      <w:proofErr w:type="spellEnd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.</w:t>
      </w:r>
    </w:p>
    <w:p w14:paraId="2ECD8EB4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2BDEAF4D">
          <v:rect id="_x0000_i1152" style="width:0;height:1.5pt" o:hralign="center" o:hrstd="t" o:hr="t" fillcolor="#a0a0a0" stroked="f"/>
        </w:pict>
      </w:r>
    </w:p>
    <w:p w14:paraId="1EE85A2C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  <w:t>Déroulement</w:t>
      </w:r>
    </w:p>
    <w:p w14:paraId="52D80819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  <w:t>1. Accueil (10 minutes)</w:t>
      </w:r>
    </w:p>
    <w:p w14:paraId="44BB972D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Accueille chaleureusement chaque participante.</w:t>
      </w:r>
    </w:p>
    <w:p w14:paraId="6BA368FE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Demande à chacune de se présenter.</w:t>
      </w:r>
    </w:p>
    <w:p w14:paraId="76FFDBB2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Tu peux poser une question simple comme :</w:t>
      </w:r>
    </w:p>
    <w:p w14:paraId="509C2C95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>"Quel est aujourd'hui ton plus grand défi concernant ta peau ?"</w:t>
      </w:r>
    </w:p>
    <w:p w14:paraId="12671FC8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proofErr w:type="gramStart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ou</w:t>
      </w:r>
      <w:proofErr w:type="gramEnd"/>
    </w:p>
    <w:p w14:paraId="193AF25B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>"Qu'attends-tu d'un soin visage ?"</w:t>
      </w:r>
    </w:p>
    <w:p w14:paraId="05705777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Cela permet de créer rapidement un échange.</w:t>
      </w:r>
    </w:p>
    <w:p w14:paraId="41D831DE" w14:textId="77777777" w:rsidR="002A3602" w:rsidRPr="00A861F8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fr-BE" w:eastAsia="fr-BE"/>
        </w:rPr>
      </w:pPr>
      <w:r w:rsidRPr="00A861F8">
        <w:rPr>
          <w:rFonts w:ascii="Arial" w:eastAsia="Times New Roman" w:hAnsi="Arial" w:cs="Arial"/>
          <w:sz w:val="24"/>
          <w:szCs w:val="24"/>
          <w:u w:val="single"/>
          <w:lang w:val="fr-BE" w:eastAsia="fr-BE"/>
        </w:rPr>
        <w:pict w14:anchorId="18F7E954">
          <v:rect id="_x0000_i1153" style="width:0;height:1.5pt" o:hralign="center" o:hrstd="t" o:hr="t" fillcolor="#a0a0a0" stroked="f"/>
        </w:pict>
      </w:r>
    </w:p>
    <w:p w14:paraId="1DFDEFFC" w14:textId="3282B7F6" w:rsidR="002A3602" w:rsidRPr="00A861F8" w:rsidRDefault="002A3602" w:rsidP="002A360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  <w:t>2. Présente-toi (</w:t>
      </w:r>
      <w:r w:rsidR="00A861F8" w:rsidRPr="00A861F8"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  <w:t>2</w:t>
      </w:r>
      <w:r w:rsidRPr="00A861F8"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  <w:t xml:space="preserve"> minutes)</w:t>
      </w:r>
    </w:p>
    <w:p w14:paraId="31EC6453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Explique simplement :</w:t>
      </w:r>
    </w:p>
    <w:p w14:paraId="54D18C75" w14:textId="77777777" w:rsidR="002A3602" w:rsidRPr="002A3602" w:rsidRDefault="002A3602" w:rsidP="002A360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ton parcours</w:t>
      </w:r>
    </w:p>
    <w:p w14:paraId="06064936" w14:textId="77777777" w:rsidR="002A3602" w:rsidRPr="002A3602" w:rsidRDefault="002A3602" w:rsidP="002A360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pourquoi tu utilises </w:t>
      </w:r>
      <w:proofErr w:type="spellStart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FitLine</w:t>
      </w:r>
      <w:proofErr w:type="spellEnd"/>
    </w:p>
    <w:p w14:paraId="3A3354E4" w14:textId="77777777" w:rsidR="002A3602" w:rsidRPr="002A3602" w:rsidRDefault="002A3602" w:rsidP="002A360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pourquoi tu apprécies cette gamme</w:t>
      </w:r>
    </w:p>
    <w:p w14:paraId="5E4C721D" w14:textId="77777777" w:rsidR="002A3602" w:rsidRPr="002A3602" w:rsidRDefault="002A3602" w:rsidP="002A360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montre quelques témoignages.</w:t>
      </w:r>
    </w:p>
    <w:p w14:paraId="35C2A0B9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Quelques minutes suffisent.</w:t>
      </w:r>
    </w:p>
    <w:p w14:paraId="069C990D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Reste naturelle.</w:t>
      </w:r>
    </w:p>
    <w:p w14:paraId="40A831E8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Les personnes s'intéressent avant tout à ton histoire.</w:t>
      </w:r>
    </w:p>
    <w:p w14:paraId="0F8F753D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lastRenderedPageBreak/>
        <w:pict w14:anchorId="79BEF283">
          <v:rect id="_x0000_i1154" style="width:0;height:1.5pt" o:hralign="center" o:hrstd="t" o:hr="t" fillcolor="#a0a0a0" stroked="f"/>
        </w:pict>
      </w:r>
    </w:p>
    <w:p w14:paraId="0D91647A" w14:textId="7F8FEC48" w:rsidR="002A3602" w:rsidRPr="00A861F8" w:rsidRDefault="002A3602" w:rsidP="002A360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  <w:t xml:space="preserve">3. Présentation rapide de </w:t>
      </w:r>
      <w:r w:rsidR="00A861F8"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  <w:t>la qualité des produits</w:t>
      </w:r>
      <w:r w:rsidRPr="00A861F8"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  <w:t xml:space="preserve"> (1 minute)</w:t>
      </w:r>
    </w:p>
    <w:p w14:paraId="1DC86275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Présente brièvement :</w:t>
      </w:r>
    </w:p>
    <w:p w14:paraId="2B75D695" w14:textId="77777777" w:rsidR="002A3602" w:rsidRPr="002A3602" w:rsidRDefault="002A3602" w:rsidP="002A360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PM-International</w:t>
      </w:r>
    </w:p>
    <w:p w14:paraId="62B5CED2" w14:textId="77777777" w:rsidR="002A3602" w:rsidRPr="002A3602" w:rsidRDefault="002A3602" w:rsidP="002A360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la qualité de fabrication</w:t>
      </w:r>
    </w:p>
    <w:p w14:paraId="73CC2D12" w14:textId="77777777" w:rsidR="002A3602" w:rsidRDefault="002A3602" w:rsidP="002A360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la technologie utilisée</w:t>
      </w:r>
    </w:p>
    <w:p w14:paraId="76FD3458" w14:textId="087EFFEB" w:rsidR="00A861F8" w:rsidRPr="002A3602" w:rsidRDefault="00A861F8" w:rsidP="002A360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fr-BE" w:eastAsia="fr-BE"/>
        </w:rPr>
        <w:t>Dermatest</w:t>
      </w:r>
      <w:proofErr w:type="spellEnd"/>
      <w:r>
        <w:rPr>
          <w:rFonts w:ascii="Arial" w:eastAsia="Times New Roman" w:hAnsi="Arial" w:cs="Arial"/>
          <w:sz w:val="24"/>
          <w:szCs w:val="24"/>
          <w:lang w:val="fr-BE" w:eastAsia="fr-BE"/>
        </w:rPr>
        <w:t xml:space="preserve"> 5****</w:t>
      </w:r>
      <w:proofErr w:type="gramStart"/>
      <w:r>
        <w:rPr>
          <w:rFonts w:ascii="Arial" w:eastAsia="Times New Roman" w:hAnsi="Arial" w:cs="Arial"/>
          <w:sz w:val="24"/>
          <w:szCs w:val="24"/>
          <w:lang w:val="fr-BE" w:eastAsia="fr-BE"/>
        </w:rPr>
        <w:t>*  (</w:t>
      </w:r>
      <w:proofErr w:type="gramEnd"/>
      <w:r>
        <w:rPr>
          <w:rFonts w:ascii="Arial" w:eastAsia="Times New Roman" w:hAnsi="Arial" w:cs="Arial"/>
          <w:sz w:val="24"/>
          <w:szCs w:val="24"/>
          <w:lang w:val="fr-BE" w:eastAsia="fr-BE"/>
        </w:rPr>
        <w:t>le plus haut score)</w:t>
      </w:r>
    </w:p>
    <w:p w14:paraId="7AEA031F" w14:textId="77777777" w:rsidR="002A3602" w:rsidRPr="002A3602" w:rsidRDefault="002A3602" w:rsidP="002A360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l'importance de prendre soin de sa peau avec des produits de qualité.</w:t>
      </w:r>
    </w:p>
    <w:p w14:paraId="7E86B890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L'objectif est d'informer, pas de faire un discours commercial.</w:t>
      </w:r>
    </w:p>
    <w:p w14:paraId="116379B5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2D6A71DE">
          <v:rect id="_x0000_i1155" style="width:0;height:1.5pt" o:hralign="center" o:hrstd="t" o:hr="t" fillcolor="#a0a0a0" stroked="f"/>
        </w:pict>
      </w:r>
    </w:p>
    <w:p w14:paraId="3040BEF1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  <w:t>L'atelier pratique</w:t>
      </w:r>
    </w:p>
    <w:p w14:paraId="3EE9E124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  <w:t>Étape 1 – Nettoyage</w:t>
      </w:r>
    </w:p>
    <w:p w14:paraId="2D6F07C2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Utilise :</w:t>
      </w:r>
    </w:p>
    <w:p w14:paraId="1789639D" w14:textId="77777777" w:rsidR="002A3602" w:rsidRPr="002A3602" w:rsidRDefault="002A3602" w:rsidP="002A360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Young Care Mousse</w:t>
      </w:r>
    </w:p>
    <w:p w14:paraId="0CBF321D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proofErr w:type="gramStart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ou</w:t>
      </w:r>
      <w:proofErr w:type="gramEnd"/>
    </w:p>
    <w:p w14:paraId="1DF23F3B" w14:textId="77777777" w:rsidR="002A3602" w:rsidRPr="002A3602" w:rsidRDefault="002A3602" w:rsidP="002A360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proofErr w:type="spellStart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Cleaning</w:t>
      </w:r>
      <w:proofErr w:type="spellEnd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Lotion.</w:t>
      </w:r>
    </w:p>
    <w:p w14:paraId="717072DA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Explique pourquoi un bon nettoyage est indispensable avant tout soin.</w:t>
      </w:r>
    </w:p>
    <w:p w14:paraId="01F30CC9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Laisse chaque participante appliquer le produit.</w:t>
      </w:r>
    </w:p>
    <w:p w14:paraId="643E2A99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679F293D">
          <v:rect id="_x0000_i1156" style="width:0;height:1.5pt" o:hralign="center" o:hrstd="t" o:hr="t" fillcolor="#a0a0a0" stroked="f"/>
        </w:pict>
      </w:r>
    </w:p>
    <w:p w14:paraId="3FF51689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  <w:t>Étape 2 – Peeling</w:t>
      </w:r>
    </w:p>
    <w:p w14:paraId="386E6647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Le peeling s'utilise environ une fois par semaine.</w:t>
      </w:r>
    </w:p>
    <w:p w14:paraId="7E5689D5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Explique son rôle.</w:t>
      </w:r>
    </w:p>
    <w:p w14:paraId="58F29AA0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Fais effectuer de légers mouvements circulaires.</w:t>
      </w:r>
    </w:p>
    <w:p w14:paraId="6E22DBD7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Rince.</w:t>
      </w:r>
    </w:p>
    <w:p w14:paraId="49E31F08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  <w:t>Étape 3 – Tonique</w:t>
      </w:r>
    </w:p>
    <w:p w14:paraId="292A4C60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lastRenderedPageBreak/>
        <w:t>Explique que le tonique :</w:t>
      </w:r>
    </w:p>
    <w:p w14:paraId="56C0C9E1" w14:textId="77777777" w:rsidR="002A3602" w:rsidRPr="002A3602" w:rsidRDefault="002A3602" w:rsidP="002A360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rééquilibre le pH de la peau</w:t>
      </w:r>
    </w:p>
    <w:p w14:paraId="3D0D8FC2" w14:textId="77777777" w:rsidR="002A3602" w:rsidRPr="002A3602" w:rsidRDefault="002A3602" w:rsidP="002A360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prépare la peau à recevoir les soins suivants.</w:t>
      </w:r>
    </w:p>
    <w:p w14:paraId="4C50E935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2BEB924D">
          <v:rect id="_x0000_i1158" style="width:0;height:1.5pt" o:hralign="center" o:hrstd="t" o:hr="t" fillcolor="#a0a0a0" stroked="f"/>
        </w:pict>
      </w:r>
    </w:p>
    <w:p w14:paraId="570F6707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  <w:t xml:space="preserve">Étape 4 – Sérum </w:t>
      </w:r>
      <w:proofErr w:type="spellStart"/>
      <w:r w:rsidRPr="00A861F8"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  <w:t>Activize</w:t>
      </w:r>
      <w:proofErr w:type="spellEnd"/>
    </w:p>
    <w:p w14:paraId="04F04A0B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Applique le Sérum </w:t>
      </w:r>
      <w:proofErr w:type="spellStart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Activize</w:t>
      </w:r>
      <w:proofErr w:type="spellEnd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.</w:t>
      </w:r>
    </w:p>
    <w:p w14:paraId="11553AF3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Explique qu'il prépare la peau et favorise une meilleure pénétration des soins appliqués ensuite.</w:t>
      </w:r>
    </w:p>
    <w:p w14:paraId="0DC3438A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Laisse chacune l'appliquer délicatement sur l'ensemble du visage.</w:t>
      </w:r>
    </w:p>
    <w:p w14:paraId="1702AEA5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075856F6">
          <v:rect id="_x0000_i1159" style="width:0;height:1.5pt" o:hralign="center" o:hrstd="t" o:hr="t" fillcolor="#a0a0a0" stroked="f"/>
        </w:pict>
      </w:r>
    </w:p>
    <w:p w14:paraId="5CF2BB8B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  <w:t>Étape 5 – Masque Hydra Shot</w:t>
      </w:r>
    </w:p>
    <w:p w14:paraId="6711A7E6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Applique le masque.</w:t>
      </w:r>
    </w:p>
    <w:p w14:paraId="2B630BAE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Laisse poser environ </w:t>
      </w:r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>20 minutes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.</w:t>
      </w:r>
    </w:p>
    <w:p w14:paraId="11C3E5FC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Pendant ce temps, profites-en pour discuter avec les participantes, répondre à leurs questions et présenter naturellement ton activité.</w:t>
      </w:r>
    </w:p>
    <w:p w14:paraId="235AAADF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À la fin du temps de pose, demande-leur leur ressenti.</w:t>
      </w:r>
    </w:p>
    <w:p w14:paraId="6859FAEF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Beaucoup ressentent immédiatement une sensation d'hydratation, de confort et d'apaisement.</w:t>
      </w:r>
    </w:p>
    <w:p w14:paraId="5EFC9F6E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630CDDAD">
          <v:rect id="_x0000_i1160" style="width:0;height:1.5pt" o:hralign="center" o:hrstd="t" o:hr="t" fillcolor="#a0a0a0" stroked="f"/>
        </w:pict>
      </w:r>
    </w:p>
    <w:p w14:paraId="1C7D1B6D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sz w:val="28"/>
          <w:szCs w:val="28"/>
          <w:lang w:val="fr-BE" w:eastAsia="fr-BE"/>
        </w:rPr>
        <w:t>Étape 6 – Hydratation</w:t>
      </w:r>
    </w:p>
    <w:p w14:paraId="0691DD9F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Applique ensuite la crème </w:t>
      </w:r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>Skin 4Ever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.</w:t>
      </w:r>
    </w:p>
    <w:p w14:paraId="24EFD902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Explique qu'une routine beauté se termine toujours par une crème hydratante afin de protéger la peau et de préserver son hydratation.</w:t>
      </w:r>
    </w:p>
    <w:p w14:paraId="2064D6B4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Si tu disposes du </w:t>
      </w:r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>Contour des Yeux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, applique-le ensuite délicatement.</w:t>
      </w:r>
    </w:p>
    <w:p w14:paraId="578D7AFA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7FA12C88">
          <v:rect id="_x0000_i1161" style="width:0;height:1.5pt" o:hralign="center" o:hrstd="t" o:hr="t" fillcolor="#a0a0a0" stroked="f"/>
        </w:pict>
      </w:r>
    </w:p>
    <w:p w14:paraId="69B39C83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val="en-GB" w:eastAsia="fr-BE"/>
        </w:rPr>
      </w:pPr>
      <w:r w:rsidRPr="00A861F8">
        <w:rPr>
          <w:rFonts w:ascii="Arial" w:eastAsia="Times New Roman" w:hAnsi="Arial" w:cs="Arial"/>
          <w:b/>
          <w:bCs/>
          <w:sz w:val="28"/>
          <w:szCs w:val="28"/>
          <w:lang w:val="en-GB" w:eastAsia="fr-BE"/>
        </w:rPr>
        <w:t>Étape 7 – Ultimate Young</w:t>
      </w:r>
    </w:p>
    <w:p w14:paraId="2A8849AC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en-GB" w:eastAsia="fr-BE"/>
        </w:rPr>
        <w:lastRenderedPageBreak/>
        <w:t xml:space="preserve">Termine avec </w:t>
      </w:r>
      <w:r w:rsidRPr="002A3602"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  <w:t>Ultimate Young</w:t>
      </w:r>
      <w:r w:rsidRPr="002A3602">
        <w:rPr>
          <w:rFonts w:ascii="Arial" w:eastAsia="Times New Roman" w:hAnsi="Arial" w:cs="Arial"/>
          <w:sz w:val="24"/>
          <w:szCs w:val="24"/>
          <w:lang w:val="en-GB" w:eastAsia="fr-BE"/>
        </w:rPr>
        <w:t>.</w:t>
      </w:r>
    </w:p>
    <w:p w14:paraId="497F1D88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Explique :</w:t>
      </w:r>
    </w:p>
    <w:p w14:paraId="2C9CC047" w14:textId="77777777" w:rsidR="002A3602" w:rsidRPr="002A3602" w:rsidRDefault="002A3602" w:rsidP="002A360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comment l'utiliser</w:t>
      </w:r>
    </w:p>
    <w:p w14:paraId="14891D6A" w14:textId="77777777" w:rsidR="002A3602" w:rsidRPr="002A3602" w:rsidRDefault="002A3602" w:rsidP="002A360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où l'appliquer</w:t>
      </w:r>
    </w:p>
    <w:p w14:paraId="6B3A3922" w14:textId="77777777" w:rsidR="002A3602" w:rsidRPr="002A3602" w:rsidRDefault="002A3602" w:rsidP="002A360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pourquoi il est important de laisser le visage totalement détendu pendant environ </w:t>
      </w:r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>3 minutes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.</w:t>
      </w:r>
    </w:p>
    <w:p w14:paraId="33AEAE16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Petit défi :</w:t>
      </w:r>
    </w:p>
    <w:p w14:paraId="4F5948A6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😊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</w:t>
      </w:r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>Interdiction de rire ou de grimacer !</w:t>
      </w:r>
    </w:p>
    <w:p w14:paraId="2F44ED29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C'est souvent le moment le plus amusant de l'atelier.</w:t>
      </w:r>
    </w:p>
    <w:p w14:paraId="024B041B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653652D1">
          <v:rect id="_x0000_i1162" style="width:0;height:1.5pt" o:hralign="center" o:hrstd="t" o:hr="t" fillcolor="#a0a0a0" stroked="f"/>
        </w:pict>
      </w:r>
    </w:p>
    <w:p w14:paraId="12E93ADB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  <w:t>Les échanges</w:t>
      </w:r>
    </w:p>
    <w:p w14:paraId="18839C22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Pose régulièrement des questions.</w:t>
      </w:r>
    </w:p>
    <w:p w14:paraId="0C099427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Par exemple :</w:t>
      </w:r>
    </w:p>
    <w:p w14:paraId="668560CD" w14:textId="77777777" w:rsidR="002A3602" w:rsidRPr="002A3602" w:rsidRDefault="002A3602" w:rsidP="002A360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Qu'as-tu ressenti ?</w:t>
      </w:r>
    </w:p>
    <w:p w14:paraId="25DF8100" w14:textId="77777777" w:rsidR="002A3602" w:rsidRPr="002A3602" w:rsidRDefault="002A3602" w:rsidP="002A360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Quelle texture as-tu préférée ?</w:t>
      </w:r>
    </w:p>
    <w:p w14:paraId="0A649F64" w14:textId="77777777" w:rsidR="002A3602" w:rsidRPr="002A3602" w:rsidRDefault="002A3602" w:rsidP="002A360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Quel produit te plaît le plus ?</w:t>
      </w:r>
    </w:p>
    <w:p w14:paraId="51437041" w14:textId="77777777" w:rsidR="002A3602" w:rsidRPr="002A3602" w:rsidRDefault="002A3602" w:rsidP="002A360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Ta peau te semble-t-elle différente ?</w:t>
      </w:r>
    </w:p>
    <w:p w14:paraId="23365EE8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Les ressentis valent souvent mieux qu'un long discours.</w:t>
      </w:r>
    </w:p>
    <w:p w14:paraId="77E3B655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70140E0A">
          <v:rect id="_x0000_i1163" style="width:0;height:1.5pt" o:hralign="center" o:hrstd="t" o:hr="t" fillcolor="#a0a0a0" stroked="f"/>
        </w:pict>
      </w:r>
    </w:p>
    <w:p w14:paraId="75D6C2BA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  <w:t>Présentation de ton activité</w:t>
      </w:r>
    </w:p>
    <w:p w14:paraId="4AF9507B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C'est le moment idéal.</w:t>
      </w:r>
    </w:p>
    <w:p w14:paraId="599162B6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Ne fais pas une présentation commerciale.</w:t>
      </w:r>
    </w:p>
    <w:p w14:paraId="3984CCC4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Explique simplement :</w:t>
      </w:r>
    </w:p>
    <w:p w14:paraId="36B03D37" w14:textId="77777777" w:rsidR="002A3602" w:rsidRPr="002A3602" w:rsidRDefault="002A3602" w:rsidP="002A360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pourquoi tu as choisi cette activité</w:t>
      </w:r>
    </w:p>
    <w:p w14:paraId="222941CC" w14:textId="77777777" w:rsidR="002A3602" w:rsidRPr="002A3602" w:rsidRDefault="002A3602" w:rsidP="002A360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ce qu'elle t'apporte</w:t>
      </w:r>
    </w:p>
    <w:p w14:paraId="23CDE848" w14:textId="77777777" w:rsidR="002A3602" w:rsidRPr="002A3602" w:rsidRDefault="002A3602" w:rsidP="002A360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comment tu accompagnes les personnes</w:t>
      </w:r>
    </w:p>
    <w:p w14:paraId="2D54DC56" w14:textId="77777777" w:rsidR="002A3602" w:rsidRPr="002A3602" w:rsidRDefault="002A3602" w:rsidP="002A360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qu'il est possible de commencer progressivement, à son rythme.</w:t>
      </w:r>
    </w:p>
    <w:p w14:paraId="2B95A257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lastRenderedPageBreak/>
        <w:t>Laisse ensuite les participantes poser leurs questions.</w:t>
      </w:r>
    </w:p>
    <w:p w14:paraId="2681A7F1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4C6B87F9">
          <v:rect id="_x0000_i1164" style="width:0;height:1.5pt" o:hralign="center" o:hrstd="t" o:hr="t" fillcolor="#a0a0a0" stroked="f"/>
        </w:pict>
      </w:r>
    </w:p>
    <w:p w14:paraId="57149534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val="fr-BE" w:eastAsia="fr-BE"/>
        </w:rPr>
        <w:t>Les catalogues</w:t>
      </w:r>
    </w:p>
    <w:p w14:paraId="4BACBEC3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Remets un catalogue à chacune.</w:t>
      </w:r>
    </w:p>
    <w:p w14:paraId="6C6763DD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Glisse un bon de commande à l'intérieur.</w:t>
      </w:r>
    </w:p>
    <w:p w14:paraId="556F0D65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544C3C7D">
          <v:rect id="_x0000_i1165" style="width:0;height:1.5pt" o:hralign="center" o:hrstd="t" o:hr="t" fillcolor="#a0a0a0" stroked="f"/>
        </w:pict>
      </w:r>
    </w:p>
    <w:p w14:paraId="2061BC20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F497D" w:themeColor="text2"/>
          <w:kern w:val="36"/>
          <w:sz w:val="40"/>
          <w:szCs w:val="40"/>
          <w:u w:val="single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color w:val="1F497D" w:themeColor="text2"/>
          <w:kern w:val="36"/>
          <w:sz w:val="40"/>
          <w:szCs w:val="40"/>
          <w:u w:val="single"/>
          <w:lang w:val="fr-BE" w:eastAsia="fr-BE"/>
        </w:rPr>
        <w:t>La conclusion</w:t>
      </w:r>
    </w:p>
    <w:p w14:paraId="607AE8B2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Présente :</w:t>
      </w:r>
    </w:p>
    <w:p w14:paraId="663DE308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Symbol" w:eastAsia="Times New Roman" w:hAnsi="Segoe UI Symbol" w:cs="Segoe UI Symbol"/>
          <w:sz w:val="24"/>
          <w:szCs w:val="24"/>
          <w:lang w:val="fr-BE" w:eastAsia="fr-BE"/>
        </w:rPr>
        <w:t>✔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les offres du moment</w:t>
      </w:r>
    </w:p>
    <w:p w14:paraId="6F3B9919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Symbol" w:eastAsia="Times New Roman" w:hAnsi="Segoe UI Symbol" w:cs="Segoe UI Symbol"/>
          <w:sz w:val="24"/>
          <w:szCs w:val="24"/>
          <w:lang w:val="fr-BE" w:eastAsia="fr-BE"/>
        </w:rPr>
        <w:t>✔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les packs disponibles</w:t>
      </w:r>
    </w:p>
    <w:p w14:paraId="5C6D4333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Symbol" w:eastAsia="Times New Roman" w:hAnsi="Segoe UI Symbol" w:cs="Segoe UI Symbol"/>
          <w:sz w:val="24"/>
          <w:szCs w:val="24"/>
          <w:lang w:val="fr-BE" w:eastAsia="fr-BE"/>
        </w:rPr>
        <w:t>✔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les avantages du Club </w:t>
      </w:r>
      <w:proofErr w:type="spellStart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FitLine</w:t>
      </w:r>
      <w:proofErr w:type="spellEnd"/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(</w:t>
      </w:r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>-10 % sur les cures de 3 mois, avec possibilité de paiement en 3 fois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)</w:t>
      </w:r>
    </w:p>
    <w:p w14:paraId="66B7E3C0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Symbol" w:eastAsia="Times New Roman" w:hAnsi="Segoe UI Symbol" w:cs="Segoe UI Symbol"/>
          <w:sz w:val="24"/>
          <w:szCs w:val="24"/>
          <w:lang w:val="fr-BE" w:eastAsia="fr-BE"/>
        </w:rPr>
        <w:t>✔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les prochaines dates d'atelier.</w:t>
      </w:r>
    </w:p>
    <w:p w14:paraId="37A92FFE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Remercie chaleureusement toutes les participantes.</w:t>
      </w:r>
    </w:p>
    <w:p w14:paraId="70A2E4AF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Si tu réalises l'atelier chez une hôtesse, pense à la remercier avec un petit cadeau.</w:t>
      </w:r>
    </w:p>
    <w:p w14:paraId="342BFD5E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0BB969DF">
          <v:rect id="_x0000_i1166" style="width:0;height:1.5pt" o:hralign="center" o:hrstd="t" o:hr="t" fillcolor="#a0a0a0" stroked="f"/>
        </w:pict>
      </w:r>
    </w:p>
    <w:p w14:paraId="16A3D94A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F497D" w:themeColor="text2"/>
          <w:kern w:val="36"/>
          <w:sz w:val="36"/>
          <w:szCs w:val="36"/>
          <w:u w:val="single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color w:val="1F497D" w:themeColor="text2"/>
          <w:kern w:val="36"/>
          <w:sz w:val="36"/>
          <w:szCs w:val="36"/>
          <w:u w:val="single"/>
          <w:lang w:val="fr-BE" w:eastAsia="fr-BE"/>
        </w:rPr>
        <w:t>Après l'atelier</w:t>
      </w:r>
    </w:p>
    <w:p w14:paraId="26D3B311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Le lendemain :</w:t>
      </w:r>
    </w:p>
    <w:p w14:paraId="22895C15" w14:textId="77777777" w:rsidR="002A3602" w:rsidRPr="002A3602" w:rsidRDefault="002A3602" w:rsidP="002A360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envoie un message de remerciement</w:t>
      </w:r>
    </w:p>
    <w:p w14:paraId="0A9E615B" w14:textId="77777777" w:rsidR="002A3602" w:rsidRPr="002A3602" w:rsidRDefault="002A3602" w:rsidP="002A360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demande leur avis</w:t>
      </w:r>
    </w:p>
    <w:p w14:paraId="79099DB9" w14:textId="77777777" w:rsidR="002A3602" w:rsidRPr="002A3602" w:rsidRDefault="002A3602" w:rsidP="002A360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réponds à leurs questions.</w:t>
      </w:r>
    </w:p>
    <w:p w14:paraId="00F4AEDB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Quelques jours plus tard :</w:t>
      </w:r>
    </w:p>
    <w:p w14:paraId="45E4C9B8" w14:textId="77777777" w:rsidR="002A3602" w:rsidRPr="002A3602" w:rsidRDefault="002A3602" w:rsidP="002A360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prends de leurs nouvelles</w:t>
      </w:r>
    </w:p>
    <w:p w14:paraId="751B8097" w14:textId="77777777" w:rsidR="002A3602" w:rsidRPr="002A3602" w:rsidRDefault="002A3602" w:rsidP="002A360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propose un rendez-vous personnalisé si nécessaire</w:t>
      </w:r>
    </w:p>
    <w:p w14:paraId="3B2129FA" w14:textId="77777777" w:rsidR="002A3602" w:rsidRPr="002A3602" w:rsidRDefault="002A3602" w:rsidP="002A360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lastRenderedPageBreak/>
        <w:t>invite-les à ton prochain atelier ou à une présentation de l'activité.</w:t>
      </w:r>
    </w:p>
    <w:p w14:paraId="02541EE3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631F370C">
          <v:rect id="_x0000_i1167" style="width:0;height:1.5pt" o:hralign="center" o:hrstd="t" o:hr="t" fillcolor="#a0a0a0" stroked="f"/>
        </w:pict>
      </w:r>
    </w:p>
    <w:p w14:paraId="70318D61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  <w:lang w:val="fr-BE" w:eastAsia="fr-BE"/>
        </w:rPr>
        <w:t>Comment remplir facilement un atelier ?</w:t>
      </w:r>
    </w:p>
    <w:p w14:paraId="3809B4CF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✅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Invite personnellement tes contacts.</w:t>
      </w:r>
    </w:p>
    <w:p w14:paraId="676A2943" w14:textId="0B78B78E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✅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Publie une Story quelques jours avant</w:t>
      </w:r>
      <w:r w:rsidR="00A861F8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et pendant plusieurs jours</w:t>
      </w:r>
    </w:p>
    <w:p w14:paraId="6EBDD4CA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✅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Fais un petit post sur Facebook ou Instagram.</w:t>
      </w:r>
    </w:p>
    <w:p w14:paraId="03994757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✅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Demande à chaque participante de venir accompagnée d'une amie.</w:t>
      </w:r>
    </w:p>
    <w:p w14:paraId="2A52951F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✅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Prends quelques photos pendant l'atelier (avec leur accord).</w:t>
      </w:r>
    </w:p>
    <w:p w14:paraId="3D2F88CC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✅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Programme immédiatement la date du prochain atelier.</w:t>
      </w:r>
    </w:p>
    <w:p w14:paraId="639FDF56" w14:textId="77777777" w:rsidR="002A3602" w:rsidRPr="002A3602" w:rsidRDefault="002A3602" w:rsidP="002A36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pict w14:anchorId="3F8FB98D">
          <v:rect id="_x0000_i1168" style="width:0;height:1.5pt" o:hralign="center" o:hrstd="t" o:hr="t" fillcolor="#a0a0a0" stroked="f"/>
        </w:pict>
      </w:r>
    </w:p>
    <w:p w14:paraId="0747CF4C" w14:textId="77777777" w:rsidR="002A3602" w:rsidRPr="00A861F8" w:rsidRDefault="002A3602" w:rsidP="002A360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C00000"/>
          <w:kern w:val="36"/>
          <w:sz w:val="32"/>
          <w:szCs w:val="32"/>
          <w:lang w:val="fr-BE" w:eastAsia="fr-BE"/>
        </w:rPr>
      </w:pPr>
      <w:r w:rsidRPr="00A861F8">
        <w:rPr>
          <w:rFonts w:ascii="Arial" w:eastAsia="Times New Roman" w:hAnsi="Arial" w:cs="Arial"/>
          <w:b/>
          <w:bCs/>
          <w:color w:val="C00000"/>
          <w:kern w:val="36"/>
          <w:sz w:val="32"/>
          <w:szCs w:val="32"/>
          <w:lang w:val="fr-BE" w:eastAsia="fr-BE"/>
        </w:rPr>
        <w:t>Les clés de la réussite</w:t>
      </w:r>
    </w:p>
    <w:p w14:paraId="68E83D0C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❤️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Sois toi-même.</w:t>
      </w:r>
    </w:p>
    <w:p w14:paraId="307AD62B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❤️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Ne cherche pas à convaincre.</w:t>
      </w:r>
    </w:p>
    <w:p w14:paraId="7376FD2B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❤️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Fais vivre une véritable expérience.</w:t>
      </w:r>
    </w:p>
    <w:p w14:paraId="36DB5AC0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❤️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Écoute davantage que tu ne parles.</w:t>
      </w:r>
    </w:p>
    <w:p w14:paraId="1835429B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Segoe UI Emoji" w:eastAsia="Times New Roman" w:hAnsi="Segoe UI Emoji" w:cs="Segoe UI Emoji"/>
          <w:sz w:val="24"/>
          <w:szCs w:val="24"/>
          <w:lang w:val="fr-BE" w:eastAsia="fr-BE"/>
        </w:rPr>
        <w:t>❤️</w:t>
      </w: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 xml:space="preserve"> Amuse-toi !</w:t>
      </w:r>
    </w:p>
    <w:p w14:paraId="4E48F964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Les personnes n'achètent pas uniquement un produit.</w:t>
      </w:r>
    </w:p>
    <w:p w14:paraId="60945D4C" w14:textId="77777777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sz w:val="24"/>
          <w:szCs w:val="24"/>
          <w:lang w:val="fr-BE" w:eastAsia="fr-BE"/>
        </w:rPr>
        <w:t>Elles reviennent surtout parce qu'elles ont passé un agréable moment avec toi.</w:t>
      </w:r>
    </w:p>
    <w:p w14:paraId="1E96FD70" w14:textId="77777777" w:rsidR="00A861F8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 xml:space="preserve">Souviens-toi : les gens oublient parfois ce que tu leur as dit, mais ils n'oublient jamais ce qu'ils ont ressenti. </w:t>
      </w:r>
    </w:p>
    <w:p w14:paraId="36CC22FF" w14:textId="5EE55266" w:rsidR="002A3602" w:rsidRPr="002A3602" w:rsidRDefault="002A3602" w:rsidP="002A3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2A3602">
        <w:rPr>
          <w:rFonts w:ascii="Arial" w:eastAsia="Times New Roman" w:hAnsi="Arial" w:cs="Arial"/>
          <w:b/>
          <w:bCs/>
          <w:sz w:val="24"/>
          <w:szCs w:val="24"/>
          <w:lang w:val="fr-BE" w:eastAsia="fr-BE"/>
        </w:rPr>
        <w:t>Fais de ton atelier un moment chaleureux, authentique et mémorable.</w:t>
      </w:r>
    </w:p>
    <w:p w14:paraId="5A1ECF5D" w14:textId="67DF125A" w:rsidR="00A42F31" w:rsidRPr="002A3602" w:rsidRDefault="00A42F31" w:rsidP="002A3602">
      <w:pPr>
        <w:rPr>
          <w:rFonts w:ascii="Arial" w:hAnsi="Arial" w:cs="Arial"/>
          <w:lang w:val="fr-BE"/>
        </w:rPr>
      </w:pPr>
    </w:p>
    <w:sectPr w:rsidR="00A42F31" w:rsidRPr="002A3602" w:rsidSect="00474A4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3519DB"/>
    <w:multiLevelType w:val="multilevel"/>
    <w:tmpl w:val="163C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C52051"/>
    <w:multiLevelType w:val="multilevel"/>
    <w:tmpl w:val="EBD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C758EE"/>
    <w:multiLevelType w:val="multilevel"/>
    <w:tmpl w:val="DE16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645015"/>
    <w:multiLevelType w:val="multilevel"/>
    <w:tmpl w:val="FE86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9E3DD7"/>
    <w:multiLevelType w:val="multilevel"/>
    <w:tmpl w:val="4DA4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70437E"/>
    <w:multiLevelType w:val="multilevel"/>
    <w:tmpl w:val="E026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4E4BB6"/>
    <w:multiLevelType w:val="multilevel"/>
    <w:tmpl w:val="8096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567067"/>
    <w:multiLevelType w:val="multilevel"/>
    <w:tmpl w:val="FB9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E70614"/>
    <w:multiLevelType w:val="multilevel"/>
    <w:tmpl w:val="C720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834FEB"/>
    <w:multiLevelType w:val="multilevel"/>
    <w:tmpl w:val="3C04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0D7B42"/>
    <w:multiLevelType w:val="multilevel"/>
    <w:tmpl w:val="EC8A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243BFE"/>
    <w:multiLevelType w:val="multilevel"/>
    <w:tmpl w:val="692C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F42D4B"/>
    <w:multiLevelType w:val="multilevel"/>
    <w:tmpl w:val="B2BC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243CCB"/>
    <w:multiLevelType w:val="multilevel"/>
    <w:tmpl w:val="0834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C41788"/>
    <w:multiLevelType w:val="multilevel"/>
    <w:tmpl w:val="F148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EF17D8"/>
    <w:multiLevelType w:val="multilevel"/>
    <w:tmpl w:val="BBFC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ED075B"/>
    <w:multiLevelType w:val="multilevel"/>
    <w:tmpl w:val="C568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3413EE"/>
    <w:multiLevelType w:val="multilevel"/>
    <w:tmpl w:val="7D9E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E9057B"/>
    <w:multiLevelType w:val="multilevel"/>
    <w:tmpl w:val="CAE0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671CBC"/>
    <w:multiLevelType w:val="multilevel"/>
    <w:tmpl w:val="1168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6A020D"/>
    <w:multiLevelType w:val="multilevel"/>
    <w:tmpl w:val="C232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4379B9"/>
    <w:multiLevelType w:val="multilevel"/>
    <w:tmpl w:val="2434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945605"/>
    <w:multiLevelType w:val="multilevel"/>
    <w:tmpl w:val="A078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B04E66"/>
    <w:multiLevelType w:val="multilevel"/>
    <w:tmpl w:val="EB1E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4D157D"/>
    <w:multiLevelType w:val="multilevel"/>
    <w:tmpl w:val="180E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8D14E8"/>
    <w:multiLevelType w:val="multilevel"/>
    <w:tmpl w:val="77CE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F543EA"/>
    <w:multiLevelType w:val="multilevel"/>
    <w:tmpl w:val="5AF6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655611"/>
    <w:multiLevelType w:val="multilevel"/>
    <w:tmpl w:val="1C18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4868414">
    <w:abstractNumId w:val="8"/>
  </w:num>
  <w:num w:numId="2" w16cid:durableId="768043005">
    <w:abstractNumId w:val="6"/>
  </w:num>
  <w:num w:numId="3" w16cid:durableId="769012412">
    <w:abstractNumId w:val="5"/>
  </w:num>
  <w:num w:numId="4" w16cid:durableId="763108287">
    <w:abstractNumId w:val="4"/>
  </w:num>
  <w:num w:numId="5" w16cid:durableId="942498151">
    <w:abstractNumId w:val="7"/>
  </w:num>
  <w:num w:numId="6" w16cid:durableId="1640921613">
    <w:abstractNumId w:val="3"/>
  </w:num>
  <w:num w:numId="7" w16cid:durableId="166138245">
    <w:abstractNumId w:val="2"/>
  </w:num>
  <w:num w:numId="8" w16cid:durableId="657419918">
    <w:abstractNumId w:val="1"/>
  </w:num>
  <w:num w:numId="9" w16cid:durableId="562328275">
    <w:abstractNumId w:val="0"/>
  </w:num>
  <w:num w:numId="10" w16cid:durableId="1078288929">
    <w:abstractNumId w:val="24"/>
  </w:num>
  <w:num w:numId="11" w16cid:durableId="2071414034">
    <w:abstractNumId w:val="21"/>
  </w:num>
  <w:num w:numId="12" w16cid:durableId="1568615670">
    <w:abstractNumId w:val="36"/>
  </w:num>
  <w:num w:numId="13" w16cid:durableId="2011567264">
    <w:abstractNumId w:val="10"/>
  </w:num>
  <w:num w:numId="14" w16cid:durableId="390233101">
    <w:abstractNumId w:val="34"/>
  </w:num>
  <w:num w:numId="15" w16cid:durableId="1496845174">
    <w:abstractNumId w:val="20"/>
  </w:num>
  <w:num w:numId="16" w16cid:durableId="540047249">
    <w:abstractNumId w:val="31"/>
  </w:num>
  <w:num w:numId="17" w16cid:durableId="1850100938">
    <w:abstractNumId w:val="19"/>
  </w:num>
  <w:num w:numId="18" w16cid:durableId="382681897">
    <w:abstractNumId w:val="12"/>
  </w:num>
  <w:num w:numId="19" w16cid:durableId="1398092208">
    <w:abstractNumId w:val="16"/>
  </w:num>
  <w:num w:numId="20" w16cid:durableId="1868593208">
    <w:abstractNumId w:val="33"/>
  </w:num>
  <w:num w:numId="21" w16cid:durableId="1517694102">
    <w:abstractNumId w:val="25"/>
  </w:num>
  <w:num w:numId="22" w16cid:durableId="369719945">
    <w:abstractNumId w:val="17"/>
  </w:num>
  <w:num w:numId="23" w16cid:durableId="1830829292">
    <w:abstractNumId w:val="15"/>
  </w:num>
  <w:num w:numId="24" w16cid:durableId="1027104241">
    <w:abstractNumId w:val="35"/>
  </w:num>
  <w:num w:numId="25" w16cid:durableId="1103771040">
    <w:abstractNumId w:val="18"/>
  </w:num>
  <w:num w:numId="26" w16cid:durableId="2085763553">
    <w:abstractNumId w:val="22"/>
  </w:num>
  <w:num w:numId="27" w16cid:durableId="1821920528">
    <w:abstractNumId w:val="14"/>
  </w:num>
  <w:num w:numId="28" w16cid:durableId="1939093249">
    <w:abstractNumId w:val="13"/>
  </w:num>
  <w:num w:numId="29" w16cid:durableId="1137912486">
    <w:abstractNumId w:val="27"/>
  </w:num>
  <w:num w:numId="30" w16cid:durableId="775171351">
    <w:abstractNumId w:val="23"/>
  </w:num>
  <w:num w:numId="31" w16cid:durableId="448085411">
    <w:abstractNumId w:val="11"/>
  </w:num>
  <w:num w:numId="32" w16cid:durableId="1492407684">
    <w:abstractNumId w:val="28"/>
  </w:num>
  <w:num w:numId="33" w16cid:durableId="925575196">
    <w:abstractNumId w:val="30"/>
  </w:num>
  <w:num w:numId="34" w16cid:durableId="414327182">
    <w:abstractNumId w:val="29"/>
  </w:num>
  <w:num w:numId="35" w16cid:durableId="1024212864">
    <w:abstractNumId w:val="32"/>
  </w:num>
  <w:num w:numId="36" w16cid:durableId="350373905">
    <w:abstractNumId w:val="26"/>
  </w:num>
  <w:num w:numId="37" w16cid:durableId="3381192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5008"/>
    <w:rsid w:val="00263981"/>
    <w:rsid w:val="0029639D"/>
    <w:rsid w:val="002A3602"/>
    <w:rsid w:val="00326F90"/>
    <w:rsid w:val="00474A41"/>
    <w:rsid w:val="00A42F31"/>
    <w:rsid w:val="00A861F8"/>
    <w:rsid w:val="00AA1D8D"/>
    <w:rsid w:val="00B47730"/>
    <w:rsid w:val="00C97AF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6659B"/>
  <w14:defaultImageDpi w14:val="300"/>
  <w15:docId w15:val="{8870B413-9949-47FB-9BA9-5EA4D67B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1005</Words>
  <Characters>5532</Characters>
  <Application>Microsoft Office Word</Application>
  <DocSecurity>0</DocSecurity>
  <Lines>46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LIZA DARTOIS</cp:lastModifiedBy>
  <cp:revision>3</cp:revision>
  <dcterms:created xsi:type="dcterms:W3CDTF">2026-08-04T11:01:00Z</dcterms:created>
  <dcterms:modified xsi:type="dcterms:W3CDTF">2026-08-04T11:04:00Z</dcterms:modified>
  <cp:category/>
</cp:coreProperties>
</file>