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97F88" w14:textId="2E8B862F" w:rsidR="00F066A4" w:rsidRPr="0015381B" w:rsidRDefault="00000000" w:rsidP="0015381B">
      <w:pPr>
        <w:pStyle w:val="Titre1"/>
        <w:tabs>
          <w:tab w:val="center" w:pos="4320"/>
        </w:tabs>
        <w:spacing w:before="100" w:beforeAutospacing="1"/>
        <w:jc w:val="center"/>
        <w:rPr>
          <w:rFonts w:ascii="Arial" w:hAnsi="Arial" w:cs="Arial"/>
          <w:b w:val="0"/>
          <w:bCs w:val="0"/>
          <w:u w:val="single"/>
          <w:lang w:val="fr-BE"/>
        </w:rPr>
      </w:pPr>
      <w:r w:rsidRPr="0015381B">
        <w:rPr>
          <w:rFonts w:ascii="Arial" w:hAnsi="Arial" w:cs="Arial"/>
          <w:u w:val="single"/>
          <w:lang w:val="fr-BE"/>
        </w:rPr>
        <w:t>BON DE COMMANDE</w:t>
      </w:r>
      <w:r w:rsidRPr="0015381B">
        <w:rPr>
          <w:rFonts w:ascii="Arial" w:hAnsi="Arial" w:cs="Arial"/>
          <w:b w:val="0"/>
          <w:bCs w:val="0"/>
          <w:u w:val="single"/>
          <w:lang w:val="fr-BE"/>
        </w:rPr>
        <w:t xml:space="preserve"> – ATELIER BEAUTÉ SKIN FITLINE</w:t>
      </w:r>
    </w:p>
    <w:p w14:paraId="41B9E401" w14:textId="77777777" w:rsidR="0015381B" w:rsidRPr="0015381B" w:rsidRDefault="0015381B" w:rsidP="0015381B">
      <w:pPr>
        <w:rPr>
          <w:rFonts w:ascii="Arial" w:hAnsi="Arial" w:cs="Arial"/>
          <w:lang w:val="fr-BE"/>
        </w:rPr>
      </w:pPr>
    </w:p>
    <w:p w14:paraId="7A45137A" w14:textId="3469E9EA" w:rsidR="0015381B" w:rsidRPr="0015381B" w:rsidRDefault="0015381B" w:rsidP="0015381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sz w:val="24"/>
          <w:szCs w:val="24"/>
          <w:lang w:val="fr-BE" w:eastAsia="fr-BE"/>
        </w:rPr>
      </w:pPr>
      <w:r w:rsidRPr="0015381B">
        <w:rPr>
          <w:rFonts w:ascii="Arial" w:eastAsia="Times New Roman" w:hAnsi="Arial" w:cs="Arial"/>
          <w:sz w:val="24"/>
          <w:szCs w:val="24"/>
          <w:lang w:val="fr-BE" w:eastAsia="fr-BE"/>
        </w:rPr>
        <w:t>Tes coordonnées</w:t>
      </w:r>
      <w:r w:rsidRPr="0015381B">
        <w:rPr>
          <w:rFonts w:ascii="Arial" w:eastAsia="Times New Roman" w:hAnsi="Arial" w:cs="Arial"/>
          <w:sz w:val="24"/>
          <w:szCs w:val="24"/>
          <w:lang w:val="fr-BE" w:eastAsia="fr-BE"/>
        </w:rPr>
        <w:t xml:space="preserve"> : </w:t>
      </w:r>
    </w:p>
    <w:p w14:paraId="4709397D" w14:textId="77777777" w:rsidR="0015381B" w:rsidRPr="0015381B" w:rsidRDefault="0015381B" w:rsidP="0015381B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fr-BE" w:eastAsia="fr-BE"/>
        </w:rPr>
      </w:pPr>
      <w:r w:rsidRPr="0015381B">
        <w:rPr>
          <w:rFonts w:ascii="Arial" w:eastAsia="Times New Roman" w:hAnsi="Arial" w:cs="Arial"/>
          <w:lang w:val="fr-BE" w:eastAsia="fr-BE"/>
        </w:rPr>
        <w:t>Prénom : _______________________________</w:t>
      </w:r>
    </w:p>
    <w:p w14:paraId="47EF4827" w14:textId="77777777" w:rsidR="0015381B" w:rsidRPr="0015381B" w:rsidRDefault="0015381B" w:rsidP="0015381B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fr-BE" w:eastAsia="fr-BE"/>
        </w:rPr>
      </w:pPr>
      <w:r w:rsidRPr="0015381B">
        <w:rPr>
          <w:rFonts w:ascii="Arial" w:eastAsia="Times New Roman" w:hAnsi="Arial" w:cs="Arial"/>
          <w:lang w:val="fr-BE" w:eastAsia="fr-BE"/>
        </w:rPr>
        <w:t>Nom : _________________________________</w:t>
      </w:r>
    </w:p>
    <w:p w14:paraId="41AFCE8B" w14:textId="77777777" w:rsidR="0015381B" w:rsidRPr="0015381B" w:rsidRDefault="0015381B" w:rsidP="0015381B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fr-BE" w:eastAsia="fr-BE"/>
        </w:rPr>
      </w:pPr>
      <w:r w:rsidRPr="0015381B">
        <w:rPr>
          <w:rFonts w:ascii="Arial" w:eastAsia="Times New Roman" w:hAnsi="Arial" w:cs="Arial"/>
          <w:lang w:val="fr-BE" w:eastAsia="fr-BE"/>
        </w:rPr>
        <w:t>Téléphone : ____________________________</w:t>
      </w:r>
    </w:p>
    <w:p w14:paraId="10938430" w14:textId="77777777" w:rsidR="0015381B" w:rsidRPr="0015381B" w:rsidRDefault="0015381B" w:rsidP="0015381B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fr-BE" w:eastAsia="fr-BE"/>
        </w:rPr>
      </w:pPr>
      <w:proofErr w:type="gramStart"/>
      <w:r w:rsidRPr="0015381B">
        <w:rPr>
          <w:rFonts w:ascii="Arial" w:eastAsia="Times New Roman" w:hAnsi="Arial" w:cs="Arial"/>
          <w:lang w:val="fr-BE" w:eastAsia="fr-BE"/>
        </w:rPr>
        <w:t>E-mail</w:t>
      </w:r>
      <w:proofErr w:type="gramEnd"/>
      <w:r w:rsidRPr="0015381B">
        <w:rPr>
          <w:rFonts w:ascii="Arial" w:eastAsia="Times New Roman" w:hAnsi="Arial" w:cs="Arial"/>
          <w:lang w:val="fr-BE" w:eastAsia="fr-BE"/>
        </w:rPr>
        <w:t xml:space="preserve"> : _______________________________</w:t>
      </w:r>
    </w:p>
    <w:p w14:paraId="2E19CA33" w14:textId="77777777" w:rsidR="0015381B" w:rsidRPr="0015381B" w:rsidRDefault="0015381B" w:rsidP="001538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fr-BE" w:eastAsia="fr-BE"/>
        </w:rPr>
      </w:pPr>
    </w:p>
    <w:p w14:paraId="62A4863C" w14:textId="6668E348" w:rsidR="0015381B" w:rsidRPr="0015381B" w:rsidRDefault="0015381B">
      <w:pPr>
        <w:rPr>
          <w:rFonts w:ascii="Arial" w:hAnsi="Arial" w:cs="Arial"/>
          <w:color w:val="1F497D" w:themeColor="text2"/>
          <w:u w:val="single"/>
          <w:lang w:val="fr-BE"/>
        </w:rPr>
      </w:pPr>
      <w:r w:rsidRPr="0015381B">
        <w:rPr>
          <w:rFonts w:ascii="Arial" w:hAnsi="Arial" w:cs="Arial"/>
          <w:color w:val="1F497D" w:themeColor="text2"/>
          <w:u w:val="single"/>
          <w:lang w:val="fr-BE"/>
        </w:rPr>
        <w:t>Commande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  <w:gridCol w:w="1727"/>
      </w:tblGrid>
      <w:tr w:rsidR="00F066A4" w:rsidRPr="0015381B" w14:paraId="252FDC1A" w14:textId="77777777">
        <w:trPr>
          <w:jc w:val="center"/>
        </w:trPr>
        <w:tc>
          <w:tcPr>
            <w:tcW w:w="1728" w:type="dxa"/>
          </w:tcPr>
          <w:p w14:paraId="47479B5E" w14:textId="77777777" w:rsidR="00F066A4" w:rsidRPr="0015381B" w:rsidRDefault="00000000">
            <w:pPr>
              <w:rPr>
                <w:rFonts w:ascii="Arial" w:hAnsi="Arial" w:cs="Arial"/>
              </w:rPr>
            </w:pPr>
            <w:proofErr w:type="spellStart"/>
            <w:r w:rsidRPr="0015381B">
              <w:rPr>
                <w:rFonts w:ascii="Arial" w:hAnsi="Arial" w:cs="Arial"/>
              </w:rPr>
              <w:t>Produit</w:t>
            </w:r>
            <w:proofErr w:type="spellEnd"/>
          </w:p>
        </w:tc>
        <w:tc>
          <w:tcPr>
            <w:tcW w:w="1728" w:type="dxa"/>
          </w:tcPr>
          <w:p w14:paraId="21204030" w14:textId="77777777" w:rsidR="00F066A4" w:rsidRPr="0015381B" w:rsidRDefault="00000000">
            <w:pPr>
              <w:rPr>
                <w:rFonts w:ascii="Arial" w:hAnsi="Arial" w:cs="Arial"/>
              </w:rPr>
            </w:pPr>
            <w:r w:rsidRPr="0015381B">
              <w:rPr>
                <w:rFonts w:ascii="Arial" w:hAnsi="Arial" w:cs="Arial"/>
              </w:rPr>
              <w:t>Quantité</w:t>
            </w:r>
          </w:p>
        </w:tc>
        <w:tc>
          <w:tcPr>
            <w:tcW w:w="1728" w:type="dxa"/>
          </w:tcPr>
          <w:p w14:paraId="6D4B3F83" w14:textId="77777777" w:rsidR="00F066A4" w:rsidRPr="0015381B" w:rsidRDefault="00000000">
            <w:pPr>
              <w:rPr>
                <w:rFonts w:ascii="Arial" w:hAnsi="Arial" w:cs="Arial"/>
              </w:rPr>
            </w:pPr>
            <w:r w:rsidRPr="0015381B">
              <w:rPr>
                <w:rFonts w:ascii="Arial" w:hAnsi="Arial" w:cs="Arial"/>
              </w:rPr>
              <w:t>Prix (€)</w:t>
            </w:r>
          </w:p>
        </w:tc>
        <w:tc>
          <w:tcPr>
            <w:tcW w:w="1728" w:type="dxa"/>
          </w:tcPr>
          <w:p w14:paraId="7AD068C4" w14:textId="77777777" w:rsidR="00F066A4" w:rsidRPr="0015381B" w:rsidRDefault="00000000">
            <w:pPr>
              <w:rPr>
                <w:rFonts w:ascii="Arial" w:hAnsi="Arial" w:cs="Arial"/>
              </w:rPr>
            </w:pPr>
            <w:r w:rsidRPr="0015381B">
              <w:rPr>
                <w:rFonts w:ascii="Arial" w:hAnsi="Arial" w:cs="Arial"/>
              </w:rPr>
              <w:t>Total (€)</w:t>
            </w:r>
          </w:p>
        </w:tc>
        <w:tc>
          <w:tcPr>
            <w:tcW w:w="1728" w:type="dxa"/>
          </w:tcPr>
          <w:p w14:paraId="285021DD" w14:textId="77777777" w:rsidR="00F066A4" w:rsidRPr="0015381B" w:rsidRDefault="00000000">
            <w:pPr>
              <w:rPr>
                <w:rFonts w:ascii="Arial" w:hAnsi="Arial" w:cs="Arial"/>
              </w:rPr>
            </w:pPr>
            <w:r w:rsidRPr="0015381B">
              <w:rPr>
                <w:rFonts w:ascii="Arial" w:hAnsi="Arial" w:cs="Arial"/>
              </w:rPr>
              <w:t>Remarques</w:t>
            </w:r>
          </w:p>
        </w:tc>
      </w:tr>
      <w:tr w:rsidR="00F066A4" w:rsidRPr="0015381B" w14:paraId="093944C9" w14:textId="77777777">
        <w:trPr>
          <w:jc w:val="center"/>
        </w:trPr>
        <w:tc>
          <w:tcPr>
            <w:tcW w:w="1728" w:type="dxa"/>
          </w:tcPr>
          <w:p w14:paraId="381B897E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767B85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36D6180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6425094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91A18E1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0633BE05" w14:textId="77777777">
        <w:trPr>
          <w:jc w:val="center"/>
        </w:trPr>
        <w:tc>
          <w:tcPr>
            <w:tcW w:w="1728" w:type="dxa"/>
          </w:tcPr>
          <w:p w14:paraId="75108CB6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6F31D14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7AF3E98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900F4C7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4BB72E6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7A71C182" w14:textId="77777777">
        <w:trPr>
          <w:jc w:val="center"/>
        </w:trPr>
        <w:tc>
          <w:tcPr>
            <w:tcW w:w="1728" w:type="dxa"/>
          </w:tcPr>
          <w:p w14:paraId="0A0D7ED7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2C7BA59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344C3AC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0136113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27FC33E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6B0D8437" w14:textId="77777777">
        <w:trPr>
          <w:jc w:val="center"/>
        </w:trPr>
        <w:tc>
          <w:tcPr>
            <w:tcW w:w="1728" w:type="dxa"/>
          </w:tcPr>
          <w:p w14:paraId="79199CF6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6A784EC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3A33FCE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8D39527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80DF8C6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56EA3134" w14:textId="77777777">
        <w:trPr>
          <w:jc w:val="center"/>
        </w:trPr>
        <w:tc>
          <w:tcPr>
            <w:tcW w:w="1728" w:type="dxa"/>
          </w:tcPr>
          <w:p w14:paraId="00962C58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C2FD0E9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16E432C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E13F419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E881DC0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1E76C07F" w14:textId="77777777">
        <w:trPr>
          <w:jc w:val="center"/>
        </w:trPr>
        <w:tc>
          <w:tcPr>
            <w:tcW w:w="1728" w:type="dxa"/>
          </w:tcPr>
          <w:p w14:paraId="716E8BA7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8F077DC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3305DD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C74F269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D847B30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5F623613" w14:textId="77777777">
        <w:trPr>
          <w:jc w:val="center"/>
        </w:trPr>
        <w:tc>
          <w:tcPr>
            <w:tcW w:w="1728" w:type="dxa"/>
          </w:tcPr>
          <w:p w14:paraId="4CC39CBB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7608E8C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E4957D2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EBAC749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E7C3DF8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  <w:tr w:rsidR="00F066A4" w:rsidRPr="0015381B" w14:paraId="11870237" w14:textId="77777777">
        <w:trPr>
          <w:jc w:val="center"/>
        </w:trPr>
        <w:tc>
          <w:tcPr>
            <w:tcW w:w="1728" w:type="dxa"/>
          </w:tcPr>
          <w:p w14:paraId="55C14EB8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3F5BE2F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58E0D02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595C9FD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E72B497" w14:textId="77777777" w:rsidR="00F066A4" w:rsidRPr="0015381B" w:rsidRDefault="00F066A4">
            <w:pPr>
              <w:rPr>
                <w:rFonts w:ascii="Arial" w:hAnsi="Arial" w:cs="Arial"/>
              </w:rPr>
            </w:pPr>
          </w:p>
        </w:tc>
      </w:tr>
    </w:tbl>
    <w:p w14:paraId="036CA71D" w14:textId="7EC7EF70" w:rsidR="00F066A4" w:rsidRPr="0015381B" w:rsidRDefault="00000000">
      <w:pPr>
        <w:pStyle w:val="Titre2"/>
        <w:rPr>
          <w:rFonts w:ascii="Arial" w:hAnsi="Arial" w:cs="Arial"/>
          <w:b w:val="0"/>
          <w:bCs w:val="0"/>
          <w:color w:val="1F497D" w:themeColor="text2"/>
          <w:lang w:val="fr-BE"/>
        </w:rPr>
      </w:pPr>
      <w:r w:rsidRPr="0015381B">
        <w:rPr>
          <w:rFonts w:ascii="Arial" w:hAnsi="Arial" w:cs="Arial"/>
          <w:b w:val="0"/>
          <w:bCs w:val="0"/>
          <w:color w:val="1F497D" w:themeColor="text2"/>
          <w:lang w:val="fr-BE"/>
        </w:rPr>
        <w:t>Souhaite</w:t>
      </w:r>
      <w:r w:rsidR="0015381B" w:rsidRPr="0015381B">
        <w:rPr>
          <w:rFonts w:ascii="Arial" w:hAnsi="Arial" w:cs="Arial"/>
          <w:b w:val="0"/>
          <w:bCs w:val="0"/>
          <w:color w:val="1F497D" w:themeColor="text2"/>
          <w:lang w:val="fr-BE"/>
        </w:rPr>
        <w:t xml:space="preserve"> tu</w:t>
      </w:r>
      <w:r w:rsidRPr="0015381B">
        <w:rPr>
          <w:rFonts w:ascii="Arial" w:hAnsi="Arial" w:cs="Arial"/>
          <w:b w:val="0"/>
          <w:bCs w:val="0"/>
          <w:color w:val="1F497D" w:themeColor="text2"/>
          <w:lang w:val="fr-BE"/>
        </w:rPr>
        <w:t xml:space="preserve"> être recontacté(e) ?</w:t>
      </w:r>
    </w:p>
    <w:p w14:paraId="714B15D2" w14:textId="77777777" w:rsidR="0015381B" w:rsidRPr="0015381B" w:rsidRDefault="0015381B" w:rsidP="0015381B">
      <w:pPr>
        <w:rPr>
          <w:rFonts w:ascii="Arial" w:hAnsi="Arial" w:cs="Arial"/>
          <w:lang w:val="fr-BE"/>
        </w:rPr>
      </w:pPr>
    </w:p>
    <w:p w14:paraId="7A53C0AC" w14:textId="77777777" w:rsidR="00F066A4" w:rsidRPr="0015381B" w:rsidRDefault="00000000">
      <w:pPr>
        <w:rPr>
          <w:rFonts w:ascii="Arial" w:hAnsi="Arial" w:cs="Arial"/>
          <w:lang w:val="fr-BE"/>
        </w:rPr>
      </w:pPr>
      <w:r w:rsidRPr="0015381B">
        <w:rPr>
          <w:rFonts w:ascii="Segoe UI Symbol" w:hAnsi="Segoe UI Symbol" w:cs="Segoe UI Symbol"/>
          <w:lang w:val="fr-BE"/>
        </w:rPr>
        <w:t>☐</w:t>
      </w:r>
      <w:r w:rsidRPr="0015381B">
        <w:rPr>
          <w:rFonts w:ascii="Arial" w:hAnsi="Arial" w:cs="Arial"/>
          <w:lang w:val="fr-BE"/>
        </w:rPr>
        <w:t xml:space="preserve"> Oui, pour des conseils personnalisés</w:t>
      </w:r>
    </w:p>
    <w:p w14:paraId="7A138F13" w14:textId="77777777" w:rsidR="00F066A4" w:rsidRPr="0015381B" w:rsidRDefault="00000000">
      <w:pPr>
        <w:rPr>
          <w:rFonts w:ascii="Arial" w:hAnsi="Arial" w:cs="Arial"/>
          <w:lang w:val="fr-BE"/>
        </w:rPr>
      </w:pPr>
      <w:r w:rsidRPr="0015381B">
        <w:rPr>
          <w:rFonts w:ascii="Segoe UI Symbol" w:hAnsi="Segoe UI Symbol" w:cs="Segoe UI Symbol"/>
          <w:lang w:val="fr-BE"/>
        </w:rPr>
        <w:t>☐</w:t>
      </w:r>
      <w:r w:rsidRPr="0015381B">
        <w:rPr>
          <w:rFonts w:ascii="Arial" w:hAnsi="Arial" w:cs="Arial"/>
          <w:lang w:val="fr-BE"/>
        </w:rPr>
        <w:t xml:space="preserve"> Oui, pour découvrir les offres </w:t>
      </w:r>
      <w:proofErr w:type="spellStart"/>
      <w:r w:rsidRPr="0015381B">
        <w:rPr>
          <w:rFonts w:ascii="Arial" w:hAnsi="Arial" w:cs="Arial"/>
          <w:lang w:val="fr-BE"/>
        </w:rPr>
        <w:t>FitLine</w:t>
      </w:r>
      <w:proofErr w:type="spellEnd"/>
    </w:p>
    <w:p w14:paraId="5B64D133" w14:textId="77777777" w:rsidR="00F066A4" w:rsidRPr="0015381B" w:rsidRDefault="00000000">
      <w:pPr>
        <w:rPr>
          <w:rFonts w:ascii="Arial" w:hAnsi="Arial" w:cs="Arial"/>
          <w:lang w:val="fr-BE"/>
        </w:rPr>
      </w:pPr>
      <w:r w:rsidRPr="0015381B">
        <w:rPr>
          <w:rFonts w:ascii="Segoe UI Symbol" w:hAnsi="Segoe UI Symbol" w:cs="Segoe UI Symbol"/>
          <w:lang w:val="fr-BE"/>
        </w:rPr>
        <w:t>☐</w:t>
      </w:r>
      <w:r w:rsidRPr="0015381B">
        <w:rPr>
          <w:rFonts w:ascii="Arial" w:hAnsi="Arial" w:cs="Arial"/>
          <w:lang w:val="fr-BE"/>
        </w:rPr>
        <w:t xml:space="preserve"> Oui, pour en savoir plus sur l'activité</w:t>
      </w:r>
    </w:p>
    <w:p w14:paraId="45BA70C3" w14:textId="77777777" w:rsidR="00F066A4" w:rsidRPr="0015381B" w:rsidRDefault="00000000">
      <w:pPr>
        <w:rPr>
          <w:rFonts w:ascii="Arial" w:hAnsi="Arial" w:cs="Arial"/>
        </w:rPr>
      </w:pPr>
      <w:r w:rsidRPr="0015381B">
        <w:rPr>
          <w:rFonts w:ascii="Segoe UI Symbol" w:hAnsi="Segoe UI Symbol" w:cs="Segoe UI Symbol"/>
        </w:rPr>
        <w:t>☐</w:t>
      </w:r>
      <w:r w:rsidRPr="0015381B">
        <w:rPr>
          <w:rFonts w:ascii="Arial" w:hAnsi="Arial" w:cs="Arial"/>
        </w:rPr>
        <w:t xml:space="preserve"> Non merci</w:t>
      </w:r>
    </w:p>
    <w:p w14:paraId="71D0AD5F" w14:textId="05A3F875" w:rsidR="0015381B" w:rsidRPr="0015381B" w:rsidRDefault="0015381B" w:rsidP="0015381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1F497D" w:themeColor="text2"/>
          <w:sz w:val="32"/>
          <w:szCs w:val="32"/>
          <w:lang w:val="fr-BE" w:eastAsia="fr-BE"/>
        </w:rPr>
      </w:pPr>
      <w:r w:rsidRPr="0015381B">
        <w:rPr>
          <w:rFonts w:ascii="Arial" w:eastAsia="Times New Roman" w:hAnsi="Arial" w:cs="Arial"/>
          <w:color w:val="1F497D" w:themeColor="text2"/>
          <w:sz w:val="32"/>
          <w:szCs w:val="32"/>
          <w:lang w:val="fr-BE" w:eastAsia="fr-BE"/>
        </w:rPr>
        <w:t>Tes remarques ou tes questions</w:t>
      </w:r>
      <w:r>
        <w:rPr>
          <w:rFonts w:ascii="Arial" w:eastAsia="Times New Roman" w:hAnsi="Arial" w:cs="Arial"/>
          <w:color w:val="1F497D" w:themeColor="text2"/>
          <w:sz w:val="32"/>
          <w:szCs w:val="32"/>
          <w:lang w:val="fr-BE" w:eastAsia="fr-BE"/>
        </w:rPr>
        <w:t> :</w:t>
      </w:r>
    </w:p>
    <w:p w14:paraId="20BCD1D5" w14:textId="77777777" w:rsidR="0015381B" w:rsidRPr="0015381B" w:rsidRDefault="0015381B">
      <w:pPr>
        <w:rPr>
          <w:rFonts w:ascii="Arial" w:hAnsi="Arial" w:cs="Arial"/>
        </w:rPr>
      </w:pPr>
    </w:p>
    <w:p w14:paraId="1C84BD83" w14:textId="0736F3A8" w:rsidR="00F066A4" w:rsidRPr="0015381B" w:rsidRDefault="00000000">
      <w:pPr>
        <w:rPr>
          <w:rFonts w:ascii="Arial" w:hAnsi="Arial" w:cs="Arial"/>
          <w:bCs/>
          <w:lang w:val="fr-BE"/>
        </w:rPr>
      </w:pPr>
      <w:r w:rsidRPr="0015381B">
        <w:rPr>
          <w:rFonts w:ascii="Arial" w:hAnsi="Arial" w:cs="Arial"/>
          <w:bCs/>
          <w:lang w:val="fr-BE"/>
        </w:rPr>
        <w:t xml:space="preserve">Date : </w:t>
      </w:r>
      <w:r w:rsidR="0015381B" w:rsidRPr="0015381B">
        <w:rPr>
          <w:rFonts w:ascii="Arial" w:hAnsi="Arial" w:cs="Arial"/>
          <w:bCs/>
          <w:lang w:val="fr-BE"/>
        </w:rPr>
        <w:t xml:space="preserve">                                           </w:t>
      </w:r>
      <w:r w:rsidRPr="0015381B">
        <w:rPr>
          <w:rFonts w:ascii="Arial" w:hAnsi="Arial" w:cs="Arial"/>
          <w:bCs/>
          <w:lang w:val="fr-BE"/>
        </w:rPr>
        <w:t xml:space="preserve">Signature : </w:t>
      </w:r>
    </w:p>
    <w:p w14:paraId="13FA93C6" w14:textId="77777777" w:rsidR="0015381B" w:rsidRPr="0015381B" w:rsidRDefault="0015381B">
      <w:pPr>
        <w:rPr>
          <w:rFonts w:ascii="Arial" w:hAnsi="Arial" w:cs="Arial"/>
          <w:bCs/>
          <w:lang w:val="fr-BE"/>
        </w:rPr>
      </w:pPr>
    </w:p>
    <w:p w14:paraId="45983E44" w14:textId="3BD7BF14" w:rsidR="0015381B" w:rsidRPr="0015381B" w:rsidRDefault="0015381B" w:rsidP="0015381B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Cs/>
          <w:sz w:val="24"/>
          <w:szCs w:val="24"/>
          <w:lang w:val="fr-BE" w:eastAsia="fr-BE"/>
        </w:rPr>
      </w:pPr>
      <w:r w:rsidRPr="0015381B">
        <w:rPr>
          <w:rFonts w:ascii="Arial" w:eastAsia="Times New Roman" w:hAnsi="Arial" w:cs="Arial"/>
          <w:b/>
          <w:color w:val="1F497D" w:themeColor="text2"/>
          <w:sz w:val="24"/>
          <w:szCs w:val="24"/>
          <w:lang w:val="fr-BE" w:eastAsia="fr-BE"/>
        </w:rPr>
        <w:t>Merci pour ta confiance</w:t>
      </w:r>
      <w:r w:rsidRPr="0015381B">
        <w:rPr>
          <w:rFonts w:ascii="Arial" w:eastAsia="Times New Roman" w:hAnsi="Arial" w:cs="Arial"/>
          <w:bCs/>
          <w:color w:val="1F497D" w:themeColor="text2"/>
          <w:sz w:val="24"/>
          <w:szCs w:val="24"/>
          <w:lang w:val="fr-BE" w:eastAsia="fr-BE"/>
        </w:rPr>
        <w:t xml:space="preserve"> </w:t>
      </w:r>
      <w:r w:rsidRPr="0015381B">
        <w:rPr>
          <w:rFonts w:ascii="Segoe UI Emoji" w:eastAsia="Times New Roman" w:hAnsi="Segoe UI Emoji" w:cs="Segoe UI Emoji"/>
          <w:bCs/>
          <w:sz w:val="24"/>
          <w:szCs w:val="24"/>
          <w:lang w:val="fr-BE" w:eastAsia="fr-BE"/>
        </w:rPr>
        <w:t>❤️</w:t>
      </w:r>
      <w:r w:rsidRPr="0015381B">
        <w:rPr>
          <w:rFonts w:ascii="Arial" w:eastAsia="Times New Roman" w:hAnsi="Arial" w:cs="Arial"/>
          <w:bCs/>
          <w:sz w:val="24"/>
          <w:szCs w:val="24"/>
          <w:lang w:val="fr-BE" w:eastAsia="fr-BE"/>
        </w:rPr>
        <w:t xml:space="preserve"> </w:t>
      </w:r>
      <w:r w:rsidRPr="0015381B">
        <w:rPr>
          <w:rFonts w:ascii="Arial" w:eastAsia="Times New Roman" w:hAnsi="Arial" w:cs="Arial"/>
          <w:bCs/>
          <w:color w:val="1F497D" w:themeColor="text2"/>
          <w:sz w:val="24"/>
          <w:szCs w:val="24"/>
          <w:lang w:val="fr-BE" w:eastAsia="fr-BE"/>
        </w:rPr>
        <w:t>Au plaisir de te revoir très bientôt !</w:t>
      </w:r>
    </w:p>
    <w:p w14:paraId="1F4F7069" w14:textId="77777777" w:rsidR="0015381B" w:rsidRPr="0015381B" w:rsidRDefault="0015381B">
      <w:pPr>
        <w:rPr>
          <w:rFonts w:ascii="Arial" w:hAnsi="Arial" w:cs="Arial"/>
          <w:lang w:val="fr-BE"/>
        </w:rPr>
      </w:pPr>
    </w:p>
    <w:sectPr w:rsidR="0015381B" w:rsidRPr="0015381B" w:rsidSect="001538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177451">
    <w:abstractNumId w:val="8"/>
  </w:num>
  <w:num w:numId="2" w16cid:durableId="492719265">
    <w:abstractNumId w:val="6"/>
  </w:num>
  <w:num w:numId="3" w16cid:durableId="2094424469">
    <w:abstractNumId w:val="5"/>
  </w:num>
  <w:num w:numId="4" w16cid:durableId="441650476">
    <w:abstractNumId w:val="4"/>
  </w:num>
  <w:num w:numId="5" w16cid:durableId="1187525049">
    <w:abstractNumId w:val="7"/>
  </w:num>
  <w:num w:numId="6" w16cid:durableId="1487166129">
    <w:abstractNumId w:val="3"/>
  </w:num>
  <w:num w:numId="7" w16cid:durableId="1968075683">
    <w:abstractNumId w:val="2"/>
  </w:num>
  <w:num w:numId="8" w16cid:durableId="445077815">
    <w:abstractNumId w:val="1"/>
  </w:num>
  <w:num w:numId="9" w16cid:durableId="35955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81B"/>
    <w:rsid w:val="00263981"/>
    <w:rsid w:val="0029639D"/>
    <w:rsid w:val="00326F90"/>
    <w:rsid w:val="00AA1D8D"/>
    <w:rsid w:val="00B47730"/>
    <w:rsid w:val="00CB0664"/>
    <w:rsid w:val="00F066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1344C"/>
  <w14:defaultImageDpi w14:val="300"/>
  <w15:docId w15:val="{8870B413-9949-47FB-9BA9-5EA4D67B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LIZA DARTOIS</cp:lastModifiedBy>
  <cp:revision>2</cp:revision>
  <dcterms:created xsi:type="dcterms:W3CDTF">2026-08-04T10:51:00Z</dcterms:created>
  <dcterms:modified xsi:type="dcterms:W3CDTF">2026-08-04T10:51:00Z</dcterms:modified>
  <cp:category/>
</cp:coreProperties>
</file>